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מושגים - מבוא, נצרות וימי הביניים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ולהסביר מושגי יסוד בהיסטוריה ובימי הביניים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התפתחות הנצרות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מבנה החברה הפיאודלית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א: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מקור שנוצר בזמן האירוע או בידי עד 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הצגה חד-צדדית כדי לשכנע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313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תאודוסיוס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הוא הפיץ את הנצרות בקרב לא-יהודים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1054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מעניק אדמה והגנה לווסל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איגוד של בעלי מקצוע אחד בעיר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ב: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מקור משני נכתב מאוחר יותר, על סמך מקורות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מ-476 בערך עד 1453/1492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מוגדר במושג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הרדיפות היו לפני 313, צו מילאנו נתן חופש פולחן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אפיפיור הוא ראש הכנסייה הקתולית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מוגדר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נכון – התרחשה בשנים 1347-1351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ג: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אמינות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צו מילאנו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טבילה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כנסייה האורתודוקסית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אביר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מעשר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ד: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(מקבל אדמה ונשבע לשרת את הסניור)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(איכר עובד את אדמת האדון)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(לוחם רכוב לפי קוד האבירות)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(מקום חיי נזירים ותפילה)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ה (איגוד בעלי מקצוע בעיר)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(שכונה שבה גרו יהודים בעיר)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ה: סידור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רדיפות הנוצרים בידי השלטון הרומי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צו מילאנו - חופש פולחן לנוצרים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הנצרות הופכת לדת הרשמית בימי תאודוסיוס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הפילוג הגדול - פיצול לקתולים ואורתודוקסים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מסעי הצלב לכיבוש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המוות השחור - מגפת הדבר באירופה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ו: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מקור ראשוני נוצר בזמן האירוע (למשל מכתב מאותה תקופה), מקור משני נכתב מאוחר יותר על סמך מקורות אחרים (למשל ספר היסטוריה)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הסניור מעניק אדמה והגנה לווסל, והווסל נשבע נאמנות ושירות צבאי לסניור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 מקור עלול להיות מגמתי, חד-צדדי, או לא מדויק, ויש לבדוק מי כתב, מתי וממה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מקור ראשוני נוצר בזמן האירוע; מקור משני נכתב מאוחר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תאודוסיוס, בשנת 380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הווסל מקבל אדמה מהסניור ובתמורה משרת אותו ונלחם עבורו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בכרטיסי המושגים מהדף כאמצעי חזרה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ציר הזמן: העת העתיקה, הנצרות המוקדמת, ימי הביניים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חלק ה (סידור כרונולוגי) מומלץ לבצע בזוגות לחיזוק ההבנה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מושגים - מבוא, נצרות וימי הביניים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תתרגלו את המושגים המרכזיים שנלמדו: מבוא להיסטוריה, התפתחות הנצרות, וחברת ימי הביניים הפיאודלית.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א: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מקור ראשוני?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מקור שנכתב מאוחר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מקור שנוצר בזמן האירוע או בידי עד 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ממצא ארכאולוגי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 היסטוריה מודרני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'מגמתיות' במקור היסטורי?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דיוק מוחלט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הצגה חד-צדדית כדי לשכנע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תיאור מאוזן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מקור אמין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ניתן צו מילאנו?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476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313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1054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1096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הפך את הנצרות לדת הרשמית של האימפריה הרומית?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קונסטנטינוס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תאודוסיוס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פאולוס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היה תפקידו של פאולוס?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היה הקיסר הרומי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הפיץ את הנצרות בקרב לא-יהודים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כתב את הברית הישנה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היה אחד משנים עשר השליחים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מתי התרחש הפילוג הגדול בנצרות?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313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380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1054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1453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מהו תפקידו של סניור בשיטה הפיאודלית?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עובד את האדמה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מעניק אדמה והגנה לווסל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ראש הכנסייה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לוחם רכוב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מהי גילדה?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סוג של מנזר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איגוד של בעלי מקצוע אחד בעיר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טקס דתי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שכונה יהודית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ב: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מקור משני נכתב בזמן האירוע עצמו.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ימי הביניים נמשכו כאלף שנה בערך.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השליחים היו 12 תלמידיו של ישו.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רדיפות הנוצרים התרחשו אחרי צו מילאנו.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אפיפיור הוא ראש הכנסייה האורתודוקסית.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צמית הוא איכר קשור לאדמה שעובד עבור האדון.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7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המוות השחור היה מגפה שהרגה כשליש מאוכלוסיית אירופה.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חלק ג: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הוא עד כמה אפשר לסמוך על מקור היסטורי.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בשנת 313 קונסטנטינוס העניק __________ לנוצרים.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הוא טקס הצטרפות לנצרות במים.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היא הכנסייה המזרחית, מרכזה בקונסטנטינופול.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הוא לוחם רכוב שנהג לפי קוד מסוים.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ה__________ הוא עשירית מהתוצרת שניתנה לכנסייה.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 ד: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ווסל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לוחם רכוב לפי קוד האבירות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מקבל אדמה ונשבע לשרת את הסניור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אביר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שכונה שבה גרו יהודים בעיר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מנזר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איכר עובד את אדמת האדון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גילדה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איגוד בעלי מקצוע בעיר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רובע יהודי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מקום חיי נזירים ותפילה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חלק ה: סידור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הפילוג הגדול - פיצול לקתולים ואורתודוקסים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הנצרות הופכת לדת הרשמית בימי תאודוסיוס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המוות השחור - מגפת הדבר באירופה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מסעי הצלב לכיבוש ירושלים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רדיפות הנוצרים בידי השלטון הרומי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 מילאנו - חופש פולחן לנוצרים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חלק ו: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ההבדל בין מקור ראשוני למקור משני? תנו דוגמה לכל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בקצרה מה הייתה מערכת היחסים בין סניור לווסל בשיטה הפיאודלית.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חשוב לבדוק את אמינותו של מקור היסטורי לפני שסומכים עליו?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מקור ראשוני למקור משני?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היה הקיסר שהפך את הנצרות לדת רשמית?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תפקידו של ווסל בשיטה הפיאודלית?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 מושגים - מבוא, נצרות וימי הביניים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