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מושגים - מבוא, נצרות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מושגי יסוד בהיסטוריה ובימי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התפתחות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החברה הפיאודלית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מקור שנוצר בזמן האירוע או בידי עד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הצגה חד-צדדית כדי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תאודוסיוס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הפיץ את הנצרות בקרב לא-יהודים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1054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מעניק אדמה והגנה לווסל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איגוד של בעלי מקצוע אחד בעיר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מקור משני נכתב מאוחר יותר, על סמך מקורות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מ-476 בערך עד 1453/1492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הרדיפות היו לפני 313, צו מילאנו נתן חופש פולחן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אפיפיור הוא ראש הכנסייה הקתולית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התרחשה בשנים 1347-1351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כנסייה האורתודוקסית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(מקבל אדמה ונשבע לשרת את הסניור)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(איכר עובד את אדמת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(לוחם רכוב לפי קוד האבירות)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חיי נזירים ותפילה)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(איגוד בעלי מקצוע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(שכונה שבה גרו יהודים בעיר)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סידור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רדיפות הנוצרים בידי השלטון הרומי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הנצרות הופכת לדת הרשמית בימי תאודוסיוס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הפילוג הגדול - פיצול לקתולים ואורתודוקסים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מסעי הצלב לכיבוש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המוות השחור - מגפת הדבר באירופה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מכתב מאותה תקופה), מקור משני נכתב מאוחר יותר על סמך מקורות אחרים (למשל ספר היסטוריה)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הסניור מעניק אדמה והגנה לווסל, והווסל נשבע נאמנות ושירות צבאי לסניור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מקור עלול להיות מגמתי, חד-צדדי, או לא מדויק, ויש לבדוק מי כתב, מתי וממה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ראשוני נוצר בזמן האירוע; מקור משני נכתב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תאודוסיוס, בשנת 380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הווסל מקבל אדמה מהסניור ובתמורה משרת אותו ונלחם עבורו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בכרטיסי המושגים מהדף כאמצעי חזרה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ציר הזמן: העת העתיקה, הנצרות המוקדמת,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 (סידור כרונולוגי) מומלץ לבצע בזוגות לחיזוק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מושגים - מבוא, נצרות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מילים חשובות: איך חוקרים היסטוריה, איך התפתחה הדת הנוצרית, ואיך הייתה החיים בימי הביניים.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שנוצר בזמן האירוע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שנכתב מאוחר יותר על 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פיאודליזם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של אדמה תמורת נאמנות ושירות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ווסל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אדמה ומשרת סניור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איכר שעובד את אדמת האדון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השילוש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באב, בן ורוח הקודש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מסעי הצלב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מסעות כיבוש לירושלים מ-1096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המוות השחור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מגפה קשה באירופה 1347-1351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שנכתב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שנוצר בזמן האירוע או בידי עד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ממצא ארכאולוגי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היסטוריה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מגמתיות?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דיוק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הצגה חד-צדדית כדי לשכנע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 אמין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שנה היה 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476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הפך את הנצרות לדת רשמית?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קונסטנטינוס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תאודוסיוס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פאולוס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עשה פאולוס?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הקיסר הרומי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הפיץ את הנצרות בקרב לא-יהודים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את הברית הישנה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אחד משנים עשר השליחים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התפצלה הכנסייה?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1453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עושה סניור?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 את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מעניק אדמה והגנה לווסל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לוחם רכוב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זו גילדה?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מנזר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איגוד של בעלי מקצוע אחד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שכונה יהודית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משני נכתב בזמן האירוע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נמשכו כאלף שנה בערך.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השליחים היו 12 תלמידיו של ישו.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רדיפות הנוצרים התרחשו אחרי צו מילאנו.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אפיפיור הוא ראש הכנסייה האורתודוקסית.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 הוא איכר קשור לאדמה שעובד עבור האדון.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היה מגפה שהרגה כשליש מאוכלוסיית אירופה.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עד כמה אפשר לסמוך על מקור היסטורי.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313 קונסטנטינוס העניק __________ לנוצרים.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טקס הצטרפות לנצרות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הכנסייה המזרחית, מרכזה בקונסטנטינופול.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לוחם רכוב שנהג לפי קוד מסוים.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הוא עשירית מהתוצרת שניתנה לכנסייה.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ווסל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שכונה שבה גרו יהודים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מקבל אדמה ונשבע לשרת את הסניור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חיי נזירים ותפילה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איגוד בעלי מקצוע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לוחם רכוב לפי קוד האבירות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רובע יהודי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איכר עובד את אדמת האדון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סידור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- מגפת הדבר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הפילוג הגדול - פיצול לקתולים ואורתודוקסים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הרשמית בימי תאודוסיוס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רדיפות הנוצרים בידי השלטון הרומי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מסעי הצלב לכיבוש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מקור ראשוני למקור משני?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מה הייתה מערכת היחסים בין סניור לווסל בשיטה הפיאודלית.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לבדוק את אמינותו של מקור היסטורי לפני שסומכים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הקיסר שהפך את הנצרות לדת רשמית?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ווסל בשיטה הפיאודלית?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מושגים - מבוא, נצרות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