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מושגים - מבוא, נצרות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מושגי יסוד בהיסטוריה ובימי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התפתחות הנצרות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החברה הפיאודלית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מקור שנוצר בזמן האירוע או בידי עד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הצגה חד-צדדית כדי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313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מקור משני נכתב מאוחר יותר, על סמך מקורות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מ-476 בערך עד 1453/1492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 מילאנו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כנסייה האורתודוקסית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(מקבל אדמה ונשבע לשרת את הסניור)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(איכר עובד את אדמת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(לוחם רכוב לפי קוד האבירות)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חיי נזירים ותפילה)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סידור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רדיפות הנוצרים בידי השלטון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 מילאנו -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הנצרות הופכת לדת הרשמית בימי תאודוסיוס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הפילוג הגדול - פיצול לקתולים ואורתודוקסים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(למשל מכתב מאותה תקופה), מקור משני נכתב מאוחר יותר על סמך מקורות אחרים (למשל ספר היסטוריה)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ראשוני נוצר בזמן האירוע; מקור משני נכתב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תאודוסיוס, בשנת 380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הווסל מקבל אדמה מהסניור ובתמורה משרת אותו ונלחם עבורו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בכרטיסי המושגים מהדף כאמצעי חזרה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ציר הזמן: העת העתיקה, הנצרות המוקדמת,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 (סידור כרונולוגי) מומלץ לבצע בזוגות לחיזוק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מושגים - מבוא, נצרות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את המושגים המרכזיים שנלמדו: מבוא להיסטוריה, התפתחות הנצרות, וחברת ימי הביניים הפיאודלית.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טבילה  ·  צו מילאנו  ·  כנסייה האורתודוקסית  ·  אמינות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א: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מקור שנכתב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מקור שנוצר בזמן האירוע או בידי עד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ממצא ארכאולוגי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'מגמתיות' במקור 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דיוק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הצגה חד-צדדית כדי לשכנע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 מאוזן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ניתן צו מילאנו?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476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1054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 משני נכתב בזמן האירוע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ימי הביניים נמשכו כאלף שנה בערך.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השליחים היו 12 תלמידיו של ישו.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הוא עד כמה אפשר לסמוך על מקור היסטורי.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313 קונסטנטינוס העניק __________ לנוצרים.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טקס הצטרפות לנצרות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ה__________ היא הכנסייה המזרחית, מרכזה בקונסטנטינופול.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ווסל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חיי נזירים ותפילה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לוחם רכוב לפי קוד האבירות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איכר עובד את אדמת האדון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מנזר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מקבל אדמה ונשבע לשרת את הסניור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ה: סידור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מילאנו - חופש פולחן לנוצרים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הנצרות הופכת לדת הרשמית בימי תאודוסיוס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הפילוג הגדול - פיצול לקתולים ואורתודוקסים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רדיפות הנוצרים בידי השלטון הרומי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ו: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בין מקור ראשוני למקור משני? 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הקיסר שהפך את הנצרות לדת רשמית?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מושגים - מבוא, נצרות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